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A6D1" w14:textId="77777777" w:rsidR="00705B59" w:rsidRDefault="00000000">
      <w:pPr>
        <w:bidi/>
        <w:spacing w:after="0"/>
        <w:jc w:val="center"/>
        <w:rPr>
          <w:b/>
          <w:color w:val="254970"/>
          <w:sz w:val="42"/>
          <w:rtl/>
          <w:lang w:bidi="he-IL"/>
        </w:rPr>
      </w:pPr>
      <w:r>
        <w:rPr>
          <w:b/>
          <w:color w:val="254970"/>
          <w:sz w:val="42"/>
        </w:rPr>
        <w:t xml:space="preserve">תוכנית הלימודים לבגרות </w:t>
      </w:r>
      <w:proofErr w:type="spellStart"/>
      <w:r>
        <w:rPr>
          <w:b/>
          <w:color w:val="254970"/>
          <w:sz w:val="42"/>
        </w:rPr>
        <w:t>בעברית</w:t>
      </w:r>
      <w:proofErr w:type="spellEnd"/>
      <w:r>
        <w:rPr>
          <w:b/>
          <w:color w:val="254970"/>
          <w:sz w:val="42"/>
        </w:rPr>
        <w:t xml:space="preserve"> 30% - </w:t>
      </w:r>
      <w:proofErr w:type="spellStart"/>
      <w:r>
        <w:rPr>
          <w:b/>
          <w:color w:val="254970"/>
          <w:sz w:val="42"/>
        </w:rPr>
        <w:t>תשפ"ז</w:t>
      </w:r>
      <w:proofErr w:type="spellEnd"/>
    </w:p>
    <w:p w14:paraId="6CB55B10" w14:textId="170C0921" w:rsidR="003F7438" w:rsidRPr="003F7438" w:rsidRDefault="003F7438" w:rsidP="003F7438">
      <w:pPr>
        <w:bidi/>
        <w:spacing w:after="40"/>
        <w:jc w:val="center"/>
        <w:rPr>
          <w:rFonts w:hint="cs"/>
          <w:b/>
          <w:color w:val="254970"/>
          <w:sz w:val="24"/>
        </w:rPr>
      </w:pPr>
      <w:r w:rsidRPr="003F7438">
        <w:rPr>
          <w:rFonts w:hint="cs"/>
          <w:b/>
          <w:color w:val="254970"/>
          <w:sz w:val="24"/>
          <w:rtl/>
          <w:lang w:bidi="he-IL"/>
        </w:rPr>
        <w:t xml:space="preserve">שכבת י' </w:t>
      </w:r>
    </w:p>
    <w:p w14:paraId="2BDE8F6C" w14:textId="77777777" w:rsidR="00705B59" w:rsidRDefault="00000000">
      <w:pPr>
        <w:bidi/>
        <w:spacing w:after="40"/>
        <w:jc w:val="center"/>
      </w:pPr>
      <w:proofErr w:type="spellStart"/>
      <w:r>
        <w:rPr>
          <w:b/>
          <w:color w:val="254970"/>
          <w:sz w:val="24"/>
        </w:rPr>
        <w:t>תחום</w:t>
      </w:r>
      <w:proofErr w:type="spellEnd"/>
      <w:r>
        <w:rPr>
          <w:b/>
          <w:color w:val="254970"/>
          <w:sz w:val="24"/>
        </w:rPr>
        <w:t xml:space="preserve"> </w:t>
      </w:r>
      <w:proofErr w:type="spellStart"/>
      <w:r>
        <w:rPr>
          <w:b/>
          <w:color w:val="254970"/>
          <w:sz w:val="24"/>
        </w:rPr>
        <w:t>העמקה</w:t>
      </w:r>
      <w:proofErr w:type="spellEnd"/>
      <w:r>
        <w:rPr>
          <w:b/>
          <w:color w:val="254970"/>
          <w:sz w:val="24"/>
        </w:rPr>
        <w:t xml:space="preserve">: </w:t>
      </w:r>
      <w:proofErr w:type="spellStart"/>
      <w:r>
        <w:rPr>
          <w:b/>
          <w:color w:val="254970"/>
          <w:sz w:val="24"/>
        </w:rPr>
        <w:t>צורות</w:t>
      </w:r>
      <w:proofErr w:type="spellEnd"/>
    </w:p>
    <w:p w14:paraId="1430E081" w14:textId="5AFD78AC" w:rsidR="00705B59" w:rsidRDefault="00000000">
      <w:pPr>
        <w:bidi/>
        <w:spacing w:after="100"/>
        <w:jc w:val="center"/>
        <w:rPr>
          <w:rFonts w:hint="cs"/>
          <w:sz w:val="28"/>
          <w:szCs w:val="28"/>
          <w:rtl/>
          <w:lang w:bidi="he-IL"/>
        </w:rPr>
      </w:pPr>
      <w:r w:rsidRPr="0041372F">
        <w:rPr>
          <w:sz w:val="28"/>
          <w:szCs w:val="28"/>
        </w:rPr>
        <w:t xml:space="preserve">תלמידים יקרים, ברוכים הבאים לשיעורי לשון! אנו מאחלים לכם שנת לימודים נהדרת, הצלחה בבחינות והכי חשוב – בריאות, אושר </w:t>
      </w:r>
      <w:proofErr w:type="spellStart"/>
      <w:r w:rsidRPr="0041372F">
        <w:rPr>
          <w:sz w:val="28"/>
          <w:szCs w:val="28"/>
        </w:rPr>
        <w:t>והנאה</w:t>
      </w:r>
      <w:proofErr w:type="spellEnd"/>
      <w:r w:rsidRPr="0041372F">
        <w:rPr>
          <w:sz w:val="28"/>
          <w:szCs w:val="28"/>
        </w:rPr>
        <w:t xml:space="preserve"> </w:t>
      </w:r>
      <w:proofErr w:type="spellStart"/>
      <w:r w:rsidRPr="0041372F">
        <w:rPr>
          <w:sz w:val="28"/>
          <w:szCs w:val="28"/>
        </w:rPr>
        <w:t>מהלמידה</w:t>
      </w:r>
      <w:proofErr w:type="spellEnd"/>
      <w:r w:rsidRPr="0041372F">
        <w:rPr>
          <w:sz w:val="28"/>
          <w:szCs w:val="28"/>
        </w:rPr>
        <w:t xml:space="preserve"> </w:t>
      </w:r>
      <w:proofErr w:type="spellStart"/>
      <w:r w:rsidRPr="0041372F">
        <w:rPr>
          <w:sz w:val="28"/>
          <w:szCs w:val="28"/>
        </w:rPr>
        <w:t>המשותפת</w:t>
      </w:r>
      <w:proofErr w:type="spellEnd"/>
      <w:r w:rsidRPr="0041372F">
        <w:rPr>
          <w:sz w:val="28"/>
          <w:szCs w:val="28"/>
        </w:rPr>
        <w:t xml:space="preserve"> </w:t>
      </w:r>
      <w:proofErr w:type="spellStart"/>
      <w:proofErr w:type="gramStart"/>
      <w:r w:rsidRPr="0041372F">
        <w:rPr>
          <w:sz w:val="28"/>
          <w:szCs w:val="28"/>
        </w:rPr>
        <w:t>שלנו</w:t>
      </w:r>
      <w:proofErr w:type="spellEnd"/>
      <w:r w:rsidR="003F7438">
        <w:rPr>
          <w:rFonts w:hint="cs"/>
          <w:sz w:val="28"/>
          <w:szCs w:val="28"/>
          <w:rtl/>
          <w:lang w:bidi="he-IL"/>
        </w:rPr>
        <w:t xml:space="preserve"> !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5"/>
      </w:tblGrid>
      <w:tr w:rsidR="00705B59" w:rsidRPr="0041372F" w14:paraId="46594707" w14:textId="77777777">
        <w:trPr>
          <w:jc w:val="center"/>
        </w:trPr>
        <w:tc>
          <w:tcPr>
            <w:tcW w:w="10885" w:type="dxa"/>
            <w:tcBorders>
              <w:top w:val="single" w:sz="14" w:space="0" w:color="244A73"/>
              <w:left w:val="single" w:sz="14" w:space="0" w:color="244A73"/>
              <w:bottom w:val="single" w:sz="14" w:space="0" w:color="244A73"/>
              <w:right w:val="single" w:sz="14" w:space="0" w:color="244A7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21662B" w14:textId="3C08FE91" w:rsidR="00705B59" w:rsidRPr="003F7438" w:rsidRDefault="00000000" w:rsidP="0041372F">
            <w:pPr>
              <w:bidi/>
              <w:spacing w:after="0" w:line="240" w:lineRule="auto"/>
              <w:rPr>
                <w:rFonts w:hint="cs"/>
                <w:sz w:val="26"/>
                <w:szCs w:val="26"/>
                <w:lang w:bidi="he-IL"/>
              </w:rPr>
            </w:pPr>
            <w:proofErr w:type="spellStart"/>
            <w:r w:rsidRPr="003F7438">
              <w:rPr>
                <w:sz w:val="26"/>
                <w:szCs w:val="26"/>
              </w:rPr>
              <w:t>השנה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נלמד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לשון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הבנה</w:t>
            </w:r>
            <w:proofErr w:type="spellEnd"/>
            <w:r w:rsidRPr="003F7438">
              <w:rPr>
                <w:sz w:val="26"/>
                <w:szCs w:val="26"/>
              </w:rPr>
              <w:t xml:space="preserve"> והבעה בעזרת הסביבה הדיגיטלית לשון לתיכון 30% – תחום העמקה צורות: נעסוק בתחביר ובמערכת הצורות, נקרא טקסטים מרתקים, נכתוב מאמרים לתלקיט ונענה על שאלות הבנה והבעה. </w:t>
            </w:r>
            <w:proofErr w:type="spellStart"/>
            <w:r w:rsidRPr="003F7438">
              <w:rPr>
                <w:sz w:val="26"/>
                <w:szCs w:val="26"/>
              </w:rPr>
              <w:t>בסביבה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הדיגיטלית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משולבות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יחידות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המכילות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בין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היתר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תרגול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של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מיומנויות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בינה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מלאכותית</w:t>
            </w:r>
            <w:proofErr w:type="spellEnd"/>
            <w:r w:rsidRPr="003F7438">
              <w:rPr>
                <w:sz w:val="26"/>
                <w:szCs w:val="26"/>
              </w:rPr>
              <w:t xml:space="preserve"> (</w:t>
            </w:r>
            <w:proofErr w:type="spellStart"/>
            <w:r w:rsidRPr="003F7438">
              <w:rPr>
                <w:sz w:val="26"/>
                <w:szCs w:val="26"/>
              </w:rPr>
              <w:t>ב״מ</w:t>
            </w:r>
            <w:proofErr w:type="spellEnd"/>
            <w:r w:rsidRPr="003F7438">
              <w:rPr>
                <w:sz w:val="26"/>
                <w:szCs w:val="26"/>
              </w:rPr>
              <w:t xml:space="preserve">) </w:t>
            </w:r>
            <w:proofErr w:type="spellStart"/>
            <w:r w:rsidRPr="003F7438">
              <w:rPr>
                <w:sz w:val="26"/>
                <w:szCs w:val="26"/>
              </w:rPr>
              <w:t>בכתיבה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בלמידת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נושא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חדש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בהכנת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פרזנטציה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בהתכוננות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למבחן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בהוראה</w:t>
            </w:r>
            <w:proofErr w:type="spellEnd"/>
            <w:r w:rsidR="0041372F"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 </w:t>
            </w:r>
            <w:proofErr w:type="gramStart"/>
            <w:r w:rsidR="0041372F" w:rsidRPr="003F7438">
              <w:rPr>
                <w:rFonts w:hint="cs"/>
                <w:sz w:val="26"/>
                <w:szCs w:val="26"/>
                <w:rtl/>
                <w:lang w:bidi="he-IL"/>
              </w:rPr>
              <w:t>חלופית,</w:t>
            </w:r>
            <w:r w:rsidRPr="003F7438">
              <w:rPr>
                <w:sz w:val="26"/>
                <w:szCs w:val="26"/>
              </w:rPr>
              <w:t>,</w:t>
            </w:r>
            <w:proofErr w:type="gram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במטלות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חקר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ביצירת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משחקים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ותמונות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וכד</w:t>
            </w:r>
            <w:proofErr w:type="spellEnd"/>
            <w:r w:rsidRPr="003F7438">
              <w:rPr>
                <w:sz w:val="26"/>
                <w:szCs w:val="26"/>
              </w:rPr>
              <w:t xml:space="preserve">׳ </w:t>
            </w:r>
          </w:p>
        </w:tc>
      </w:tr>
    </w:tbl>
    <w:p w14:paraId="6A06B55A" w14:textId="77777777" w:rsidR="00705B59" w:rsidRDefault="00705B59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0"/>
        <w:gridCol w:w="5799"/>
      </w:tblGrid>
      <w:tr w:rsidR="00705B59" w14:paraId="778B2C69" w14:textId="77777777" w:rsidTr="0041372F">
        <w:trPr>
          <w:jc w:val="center"/>
        </w:trPr>
        <w:tc>
          <w:tcPr>
            <w:tcW w:w="4960" w:type="dxa"/>
            <w:tcBorders>
              <w:top w:val="single" w:sz="14" w:space="0" w:color="244A73"/>
              <w:left w:val="single" w:sz="14" w:space="0" w:color="244A73"/>
              <w:bottom w:val="single" w:sz="14" w:space="0" w:color="244A73"/>
              <w:right w:val="single" w:sz="14" w:space="0" w:color="244A73"/>
            </w:tcBorders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E68276C" w14:textId="257053F1" w:rsidR="00705B59" w:rsidRPr="003F7438" w:rsidRDefault="00000000" w:rsidP="00302274">
            <w:p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הציון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שתקבלו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השנה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יישלח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למשרד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החינוך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וישקף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את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ידיעותיכם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במקצוע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הנלמד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והוא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מהווה</w:t>
            </w:r>
            <w:proofErr w:type="spellEnd"/>
            <w:r w:rsidRPr="003F7438">
              <w:rPr>
                <w:sz w:val="26"/>
                <w:szCs w:val="26"/>
              </w:rPr>
              <w:t xml:space="preserve"> 30% </w:t>
            </w:r>
            <w:proofErr w:type="spellStart"/>
            <w:r w:rsidRPr="003F7438">
              <w:rPr>
                <w:sz w:val="26"/>
                <w:szCs w:val="26"/>
              </w:rPr>
              <w:t>מתוך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בחינת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הבגרות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בעברית</w:t>
            </w:r>
            <w:proofErr w:type="spellEnd"/>
            <w:r w:rsidRPr="003F7438">
              <w:rPr>
                <w:sz w:val="26"/>
                <w:szCs w:val="26"/>
              </w:rPr>
              <w:t xml:space="preserve"> (</w:t>
            </w:r>
            <w:proofErr w:type="spellStart"/>
            <w:r w:rsidRPr="003F7438">
              <w:rPr>
                <w:sz w:val="26"/>
                <w:szCs w:val="26"/>
              </w:rPr>
              <w:t>לשון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הבנה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והבעה</w:t>
            </w:r>
            <w:proofErr w:type="spellEnd"/>
            <w:r w:rsidRPr="003F7438">
              <w:rPr>
                <w:sz w:val="26"/>
                <w:szCs w:val="26"/>
              </w:rPr>
              <w:t>)</w:t>
            </w:r>
          </w:p>
          <w:p w14:paraId="1CBD1907" w14:textId="7F59EA38" w:rsidR="00705B59" w:rsidRPr="003F7438" w:rsidRDefault="00000000" w:rsidP="00302274">
            <w:pPr>
              <w:bidi/>
              <w:spacing w:after="40" w:line="240" w:lineRule="auto"/>
              <w:jc w:val="center"/>
              <w:rPr>
                <w:rFonts w:hint="cs"/>
                <w:b/>
                <w:color w:val="254970"/>
                <w:sz w:val="26"/>
                <w:szCs w:val="26"/>
                <w:lang w:bidi="he-IL"/>
              </w:rPr>
            </w:pP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מה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להביא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לכל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3F7438">
              <w:rPr>
                <w:b/>
                <w:color w:val="254970"/>
                <w:sz w:val="26"/>
                <w:szCs w:val="26"/>
              </w:rPr>
              <w:t>שיעור</w:t>
            </w:r>
            <w:proofErr w:type="spellEnd"/>
            <w:r w:rsidR="00302274" w:rsidRPr="003F7438">
              <w:rPr>
                <w:rFonts w:hint="cs"/>
                <w:b/>
                <w:color w:val="254970"/>
                <w:sz w:val="26"/>
                <w:szCs w:val="26"/>
                <w:rtl/>
                <w:lang w:bidi="he-IL"/>
              </w:rPr>
              <w:t xml:space="preserve"> ?</w:t>
            </w:r>
            <w:proofErr w:type="gramEnd"/>
          </w:p>
          <w:p w14:paraId="1D75DD43" w14:textId="271ABB61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קורס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לשון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לתיכון</w:t>
            </w:r>
            <w:proofErr w:type="spellEnd"/>
            <w:r w:rsidRPr="003F7438">
              <w:rPr>
                <w:sz w:val="26"/>
                <w:szCs w:val="26"/>
              </w:rPr>
              <w:t xml:space="preserve"> 30% – </w:t>
            </w:r>
            <w:proofErr w:type="spellStart"/>
            <w:r w:rsidRPr="003F7438">
              <w:rPr>
                <w:sz w:val="26"/>
                <w:szCs w:val="26"/>
              </w:rPr>
              <w:t>תחום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העמקה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צורות</w:t>
            </w:r>
            <w:proofErr w:type="spellEnd"/>
          </w:p>
          <w:p w14:paraId="4DB62443" w14:textId="377B53F7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מחשב</w:t>
            </w:r>
            <w:proofErr w:type="spellEnd"/>
            <w:r w:rsidRPr="003F7438">
              <w:rPr>
                <w:sz w:val="26"/>
                <w:szCs w:val="26"/>
              </w:rPr>
              <w:t>/</w:t>
            </w:r>
            <w:proofErr w:type="spellStart"/>
            <w:r w:rsidRPr="003F7438">
              <w:rPr>
                <w:sz w:val="26"/>
                <w:szCs w:val="26"/>
              </w:rPr>
              <w:t>טאבלט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טעונים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ואוזניות</w:t>
            </w:r>
            <w:proofErr w:type="spellEnd"/>
          </w:p>
          <w:p w14:paraId="5F99FEC5" w14:textId="1150FAAF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קלסר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עם</w:t>
            </w:r>
            <w:proofErr w:type="spellEnd"/>
            <w:r w:rsidRPr="003F7438">
              <w:rPr>
                <w:sz w:val="26"/>
                <w:szCs w:val="26"/>
              </w:rPr>
              <w:t xml:space="preserve"> 5 </w:t>
            </w:r>
            <w:proofErr w:type="spellStart"/>
            <w:r w:rsidRPr="003F7438">
              <w:rPr>
                <w:sz w:val="26"/>
                <w:szCs w:val="26"/>
              </w:rPr>
              <w:t>חוצצים</w:t>
            </w:r>
            <w:proofErr w:type="spellEnd"/>
            <w:r w:rsidRPr="003F7438">
              <w:rPr>
                <w:sz w:val="26"/>
                <w:szCs w:val="26"/>
              </w:rPr>
              <w:t xml:space="preserve">: (1) </w:t>
            </w:r>
            <w:proofErr w:type="spellStart"/>
            <w:r w:rsidRPr="003F7438">
              <w:rPr>
                <w:sz w:val="26"/>
                <w:szCs w:val="26"/>
              </w:rPr>
              <w:t>תחביר</w:t>
            </w:r>
            <w:proofErr w:type="spellEnd"/>
            <w:r w:rsidRPr="003F7438">
              <w:rPr>
                <w:sz w:val="26"/>
                <w:szCs w:val="26"/>
              </w:rPr>
              <w:t xml:space="preserve">, (2) </w:t>
            </w:r>
            <w:proofErr w:type="spellStart"/>
            <w:r w:rsidRPr="003F7438">
              <w:rPr>
                <w:sz w:val="26"/>
                <w:szCs w:val="26"/>
              </w:rPr>
              <w:t>תורת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הצורות</w:t>
            </w:r>
            <w:proofErr w:type="spellEnd"/>
            <w:r w:rsidRPr="003F7438">
              <w:rPr>
                <w:sz w:val="26"/>
                <w:szCs w:val="26"/>
              </w:rPr>
              <w:t xml:space="preserve">, (3) </w:t>
            </w:r>
            <w:proofErr w:type="spellStart"/>
            <w:r w:rsidRPr="003F7438">
              <w:rPr>
                <w:sz w:val="26"/>
                <w:szCs w:val="26"/>
              </w:rPr>
              <w:t>שם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המספר</w:t>
            </w:r>
            <w:proofErr w:type="spellEnd"/>
            <w:r w:rsidRPr="003F7438">
              <w:rPr>
                <w:sz w:val="26"/>
                <w:szCs w:val="26"/>
              </w:rPr>
              <w:t xml:space="preserve">, (4) </w:t>
            </w:r>
            <w:proofErr w:type="spellStart"/>
            <w:r w:rsidRPr="003F7438">
              <w:rPr>
                <w:sz w:val="26"/>
                <w:szCs w:val="26"/>
              </w:rPr>
              <w:t>הבנה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והבעה</w:t>
            </w:r>
            <w:proofErr w:type="spellEnd"/>
            <w:r w:rsidRPr="003F7438">
              <w:rPr>
                <w:sz w:val="26"/>
                <w:szCs w:val="26"/>
              </w:rPr>
              <w:t xml:space="preserve">, (5) </w:t>
            </w:r>
            <w:proofErr w:type="spellStart"/>
            <w:r w:rsidRPr="003F7438">
              <w:rPr>
                <w:sz w:val="26"/>
                <w:szCs w:val="26"/>
              </w:rPr>
              <w:t>בחנים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ומבחנים</w:t>
            </w:r>
            <w:proofErr w:type="spellEnd"/>
          </w:p>
          <w:p w14:paraId="31CFC301" w14:textId="6AADB7C8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כלי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כתיבה</w:t>
            </w:r>
            <w:proofErr w:type="spellEnd"/>
            <w:r w:rsidRPr="003F7438">
              <w:rPr>
                <w:sz w:val="26"/>
                <w:szCs w:val="26"/>
              </w:rPr>
              <w:t xml:space="preserve">: 2 </w:t>
            </w:r>
            <w:proofErr w:type="spellStart"/>
            <w:r w:rsidRPr="003F7438">
              <w:rPr>
                <w:sz w:val="26"/>
                <w:szCs w:val="26"/>
              </w:rPr>
              <w:t>עטים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מדגש</w:t>
            </w:r>
            <w:proofErr w:type="spellEnd"/>
            <w:r w:rsidRPr="003F7438">
              <w:rPr>
                <w:sz w:val="26"/>
                <w:szCs w:val="26"/>
              </w:rPr>
              <w:t xml:space="preserve"> (</w:t>
            </w:r>
            <w:proofErr w:type="spellStart"/>
            <w:r w:rsidRPr="003F7438">
              <w:rPr>
                <w:sz w:val="26"/>
                <w:szCs w:val="26"/>
              </w:rPr>
              <w:t>מרקר</w:t>
            </w:r>
            <w:proofErr w:type="spellEnd"/>
            <w:r w:rsidRPr="003F7438">
              <w:rPr>
                <w:sz w:val="26"/>
                <w:szCs w:val="26"/>
              </w:rPr>
              <w:t xml:space="preserve">) </w:t>
            </w:r>
            <w:proofErr w:type="spellStart"/>
            <w:r w:rsidRPr="003F7438">
              <w:rPr>
                <w:sz w:val="26"/>
                <w:szCs w:val="26"/>
              </w:rPr>
              <w:t>וסרגל</w:t>
            </w:r>
            <w:proofErr w:type="spellEnd"/>
          </w:p>
        </w:tc>
        <w:tc>
          <w:tcPr>
            <w:tcW w:w="5799" w:type="dxa"/>
            <w:tcBorders>
              <w:top w:val="single" w:sz="14" w:space="0" w:color="244A73"/>
              <w:left w:val="single" w:sz="14" w:space="0" w:color="244A73"/>
              <w:bottom w:val="single" w:sz="14" w:space="0" w:color="244A73"/>
              <w:right w:val="single" w:sz="14" w:space="0" w:color="244A73"/>
            </w:tcBorders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A78C55F" w14:textId="4DAA7BB1" w:rsidR="00705B59" w:rsidRPr="003F7438" w:rsidRDefault="00000000">
            <w:pPr>
              <w:bidi/>
              <w:spacing w:after="40" w:line="240" w:lineRule="auto"/>
              <w:jc w:val="center"/>
              <w:rPr>
                <w:b/>
                <w:color w:val="254970"/>
                <w:sz w:val="26"/>
                <w:szCs w:val="26"/>
                <w:rtl/>
                <w:lang w:bidi="he-IL"/>
              </w:rPr>
            </w:pP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כיצד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יחושב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3F7438">
              <w:rPr>
                <w:b/>
                <w:color w:val="254970"/>
                <w:sz w:val="26"/>
                <w:szCs w:val="26"/>
              </w:rPr>
              <w:t>הציון</w:t>
            </w:r>
            <w:proofErr w:type="spellEnd"/>
            <w:r w:rsidR="00302274" w:rsidRPr="003F7438">
              <w:rPr>
                <w:rFonts w:hint="cs"/>
                <w:b/>
                <w:color w:val="254970"/>
                <w:sz w:val="26"/>
                <w:szCs w:val="26"/>
                <w:rtl/>
                <w:lang w:bidi="he-IL"/>
              </w:rPr>
              <w:t xml:space="preserve"> ?</w:t>
            </w:r>
            <w:proofErr w:type="gramEnd"/>
          </w:p>
          <w:p w14:paraId="1C46A867" w14:textId="6DD681EA" w:rsidR="003F7438" w:rsidRPr="003F7438" w:rsidRDefault="003F7438" w:rsidP="003F7438">
            <w:pPr>
              <w:bidi/>
              <w:spacing w:after="40" w:line="240" w:lineRule="auto"/>
              <w:rPr>
                <w:rFonts w:hint="cs"/>
                <w:sz w:val="26"/>
                <w:szCs w:val="26"/>
                <w:u w:val="single"/>
                <w:lang w:bidi="he-IL"/>
              </w:rPr>
            </w:pPr>
            <w:r w:rsidRPr="003F7438">
              <w:rPr>
                <w:rFonts w:hint="cs"/>
                <w:b/>
                <w:color w:val="254970"/>
                <w:sz w:val="26"/>
                <w:szCs w:val="26"/>
                <w:u w:val="single"/>
                <w:rtl/>
                <w:lang w:bidi="he-IL"/>
              </w:rPr>
              <w:t xml:space="preserve">מחצית א' </w:t>
            </w:r>
          </w:p>
          <w:p w14:paraId="56389657" w14:textId="5C2CDCB0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תלמידאות</w:t>
            </w:r>
            <w:proofErr w:type="spellEnd"/>
            <w:r w:rsidRPr="003F7438">
              <w:rPr>
                <w:sz w:val="26"/>
                <w:szCs w:val="26"/>
              </w:rPr>
              <w:t xml:space="preserve">: </w:t>
            </w:r>
            <w:proofErr w:type="spellStart"/>
            <w:r w:rsidRPr="003F7438">
              <w:rPr>
                <w:sz w:val="26"/>
                <w:szCs w:val="26"/>
              </w:rPr>
              <w:t>הכנת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משימות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מתוקשבות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ומודפסות</w:t>
            </w:r>
            <w:proofErr w:type="spellEnd"/>
            <w:r w:rsidRPr="003F7438">
              <w:rPr>
                <w:sz w:val="26"/>
                <w:szCs w:val="26"/>
              </w:rPr>
              <w:t xml:space="preserve">, השתתפות פעילה בשיעורים – </w:t>
            </w:r>
            <w:r w:rsidR="00302274"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20% </w:t>
            </w:r>
          </w:p>
          <w:p w14:paraId="53EC76B9" w14:textId="742CA336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כתיב</w:t>
            </w:r>
            <w:proofErr w:type="spellEnd"/>
            <w:r w:rsidR="00302274"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ת טקסט </w:t>
            </w:r>
            <w:proofErr w:type="gramStart"/>
            <w:r w:rsidR="00302274"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טיעון </w:t>
            </w:r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לתלקיט</w:t>
            </w:r>
            <w:proofErr w:type="spellEnd"/>
            <w:proofErr w:type="gramEnd"/>
            <w:r w:rsidRPr="003F7438">
              <w:rPr>
                <w:sz w:val="26"/>
                <w:szCs w:val="26"/>
              </w:rPr>
              <w:t>: 40%</w:t>
            </w:r>
          </w:p>
          <w:p w14:paraId="67488375" w14:textId="77777777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מבחן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בתחבי</w:t>
            </w:r>
            <w:proofErr w:type="spellEnd"/>
            <w:r w:rsidR="00302274" w:rsidRPr="003F7438">
              <w:rPr>
                <w:rFonts w:hint="cs"/>
                <w:sz w:val="26"/>
                <w:szCs w:val="26"/>
                <w:rtl/>
                <w:lang w:bidi="he-IL"/>
              </w:rPr>
              <w:t>ר 40%</w:t>
            </w:r>
          </w:p>
          <w:p w14:paraId="7A7001A1" w14:textId="77777777" w:rsidR="003F7438" w:rsidRPr="003F7438" w:rsidRDefault="003F7438" w:rsidP="003F7438">
            <w:pPr>
              <w:bidi/>
              <w:spacing w:after="0" w:line="240" w:lineRule="auto"/>
              <w:rPr>
                <w:sz w:val="26"/>
                <w:szCs w:val="26"/>
                <w:rtl/>
                <w:lang w:bidi="he-IL"/>
              </w:rPr>
            </w:pPr>
          </w:p>
          <w:p w14:paraId="07311DF0" w14:textId="77777777" w:rsidR="003F7438" w:rsidRPr="003F7438" w:rsidRDefault="003F7438" w:rsidP="003F7438">
            <w:pPr>
              <w:bidi/>
              <w:spacing w:after="40" w:line="240" w:lineRule="auto"/>
              <w:rPr>
                <w:sz w:val="26"/>
                <w:szCs w:val="26"/>
                <w:rtl/>
                <w:lang w:bidi="he-IL"/>
              </w:rPr>
            </w:pPr>
            <w:r w:rsidRPr="003F7438">
              <w:rPr>
                <w:rFonts w:hint="cs"/>
                <w:b/>
                <w:color w:val="254970"/>
                <w:sz w:val="26"/>
                <w:szCs w:val="26"/>
                <w:u w:val="single"/>
                <w:rtl/>
                <w:lang w:bidi="he-IL"/>
              </w:rPr>
              <w:t>מחצית ב'</w:t>
            </w:r>
            <w:r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 </w:t>
            </w:r>
          </w:p>
          <w:p w14:paraId="38740959" w14:textId="77777777" w:rsidR="003F7438" w:rsidRPr="003F7438" w:rsidRDefault="003F7438" w:rsidP="003F7438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  <w:rtl/>
                <w:lang w:bidi="he-IL"/>
              </w:rPr>
            </w:pPr>
            <w:r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מבחנים / בחנים </w:t>
            </w:r>
            <w:r w:rsidRPr="003F7438">
              <w:rPr>
                <w:sz w:val="26"/>
                <w:szCs w:val="26"/>
                <w:rtl/>
                <w:lang w:bidi="he-IL"/>
              </w:rPr>
              <w:t>–</w:t>
            </w:r>
            <w:r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 80%</w:t>
            </w:r>
          </w:p>
          <w:p w14:paraId="0289B256" w14:textId="02C33D3F" w:rsidR="003F7438" w:rsidRPr="003F7438" w:rsidRDefault="003F7438" w:rsidP="003F7438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rFonts w:hint="cs"/>
                <w:sz w:val="26"/>
                <w:szCs w:val="26"/>
                <w:lang w:bidi="he-IL"/>
              </w:rPr>
            </w:pPr>
            <w:proofErr w:type="spellStart"/>
            <w:r w:rsidRPr="003F7438">
              <w:rPr>
                <w:rFonts w:hint="cs"/>
                <w:sz w:val="26"/>
                <w:szCs w:val="26"/>
                <w:rtl/>
                <w:lang w:bidi="he-IL"/>
              </w:rPr>
              <w:t>תלמידאות</w:t>
            </w:r>
            <w:proofErr w:type="spellEnd"/>
            <w:r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 </w:t>
            </w:r>
            <w:r w:rsidRPr="003F7438">
              <w:rPr>
                <w:sz w:val="26"/>
                <w:szCs w:val="26"/>
                <w:rtl/>
                <w:lang w:bidi="he-IL"/>
              </w:rPr>
              <w:t>–</w:t>
            </w:r>
            <w:r w:rsidRPr="003F7438">
              <w:rPr>
                <w:rFonts w:hint="cs"/>
                <w:sz w:val="26"/>
                <w:szCs w:val="26"/>
                <w:rtl/>
                <w:lang w:bidi="he-IL"/>
              </w:rPr>
              <w:t xml:space="preserve"> 20% </w:t>
            </w:r>
          </w:p>
        </w:tc>
      </w:tr>
    </w:tbl>
    <w:p w14:paraId="0F7EF2DF" w14:textId="77777777" w:rsidR="00302274" w:rsidRDefault="00302274">
      <w:pPr>
        <w:bidi/>
        <w:spacing w:before="60" w:after="60"/>
        <w:jc w:val="center"/>
        <w:rPr>
          <w:b/>
          <w:color w:val="254970"/>
          <w:sz w:val="30"/>
          <w:rtl/>
          <w:lang w:bidi="he-IL"/>
        </w:rPr>
      </w:pPr>
    </w:p>
    <w:p w14:paraId="3133A791" w14:textId="2C5D39CB" w:rsidR="00705B59" w:rsidRDefault="00000000" w:rsidP="00302274">
      <w:pPr>
        <w:bidi/>
        <w:spacing w:before="60" w:after="60"/>
        <w:jc w:val="center"/>
      </w:pPr>
      <w:proofErr w:type="spellStart"/>
      <w:r>
        <w:rPr>
          <w:b/>
          <w:color w:val="254970"/>
          <w:sz w:val="30"/>
        </w:rPr>
        <w:t>חומר</w:t>
      </w:r>
      <w:proofErr w:type="spellEnd"/>
      <w:r>
        <w:rPr>
          <w:b/>
          <w:color w:val="254970"/>
          <w:sz w:val="30"/>
        </w:rPr>
        <w:t xml:space="preserve"> </w:t>
      </w:r>
      <w:proofErr w:type="spellStart"/>
      <w:r>
        <w:rPr>
          <w:b/>
          <w:color w:val="254970"/>
          <w:sz w:val="30"/>
        </w:rPr>
        <w:t>הלימוד</w:t>
      </w:r>
      <w:proofErr w:type="spellEnd"/>
      <w:r>
        <w:rPr>
          <w:b/>
          <w:color w:val="254970"/>
          <w:sz w:val="30"/>
        </w:rPr>
        <w:t xml:space="preserve"> </w:t>
      </w:r>
      <w:proofErr w:type="spellStart"/>
      <w:r>
        <w:rPr>
          <w:b/>
          <w:color w:val="254970"/>
          <w:sz w:val="30"/>
        </w:rPr>
        <w:t>לבגרות</w:t>
      </w:r>
      <w:proofErr w:type="spellEnd"/>
      <w:r>
        <w:rPr>
          <w:b/>
          <w:color w:val="254970"/>
          <w:sz w:val="30"/>
        </w:rPr>
        <w:t xml:space="preserve"> (30%) - כיתה י׳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02"/>
        <w:gridCol w:w="5043"/>
        <w:gridCol w:w="15"/>
      </w:tblGrid>
      <w:tr w:rsidR="00705B59" w14:paraId="06E3D91D" w14:textId="77777777" w:rsidTr="003F7438">
        <w:trPr>
          <w:gridAfter w:val="1"/>
          <w:wAfter w:w="15" w:type="dxa"/>
          <w:jc w:val="center"/>
        </w:trPr>
        <w:tc>
          <w:tcPr>
            <w:tcW w:w="5702" w:type="dxa"/>
            <w:tcBorders>
              <w:top w:val="single" w:sz="14" w:space="0" w:color="244A73"/>
              <w:left w:val="single" w:sz="14" w:space="0" w:color="244A73"/>
              <w:bottom w:val="single" w:sz="14" w:space="0" w:color="244A73"/>
              <w:right w:val="single" w:sz="14" w:space="0" w:color="244A73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B033FA" w14:textId="77777777" w:rsidR="00705B59" w:rsidRPr="003F7438" w:rsidRDefault="00000000" w:rsidP="00302274">
            <w:pPr>
              <w:bidi/>
              <w:spacing w:after="40" w:line="240" w:lineRule="auto"/>
              <w:jc w:val="center"/>
              <w:rPr>
                <w:b/>
                <w:color w:val="254970"/>
                <w:sz w:val="26"/>
                <w:szCs w:val="26"/>
              </w:rPr>
            </w:pP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הבנה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והבעה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(</w:t>
            </w: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כל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/>
                <w:color w:val="254970"/>
                <w:sz w:val="26"/>
                <w:szCs w:val="26"/>
              </w:rPr>
              <w:t>השנה</w:t>
            </w:r>
            <w:proofErr w:type="spellEnd"/>
            <w:r w:rsidRPr="003F7438">
              <w:rPr>
                <w:b/>
                <w:color w:val="254970"/>
                <w:sz w:val="26"/>
                <w:szCs w:val="26"/>
              </w:rPr>
              <w:t>)</w:t>
            </w:r>
          </w:p>
          <w:p w14:paraId="73C6D08A" w14:textId="2CD95A7C" w:rsidR="00705B59" w:rsidRPr="003F7438" w:rsidRDefault="00000000" w:rsidP="00302274">
            <w:pPr>
              <w:pStyle w:val="ListParagraph"/>
              <w:numPr>
                <w:ilvl w:val="0"/>
                <w:numId w:val="12"/>
              </w:numPr>
              <w:bidi/>
              <w:spacing w:after="40" w:line="240" w:lineRule="auto"/>
              <w:rPr>
                <w:bCs/>
                <w:color w:val="254970"/>
                <w:sz w:val="26"/>
                <w:szCs w:val="26"/>
              </w:rPr>
            </w:pP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הלמידה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שלכם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תתועד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בתלקיט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תיק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עבודות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דיגיטלי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שיתעד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את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העבודה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שלכם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במהלך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השנה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(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מהלך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כתיבה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אחד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לפחות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ומבחן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מסכם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בציר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הלשוני</w:t>
            </w:r>
            <w:proofErr w:type="spellEnd"/>
            <w:r w:rsidR="00302274" w:rsidRPr="003F7438">
              <w:rPr>
                <w:rFonts w:hint="cs"/>
                <w:bCs/>
                <w:color w:val="254970"/>
                <w:sz w:val="26"/>
                <w:szCs w:val="26"/>
                <w:rtl/>
                <w:lang w:bidi="he-IL"/>
              </w:rPr>
              <w:t>)</w:t>
            </w:r>
          </w:p>
          <w:p w14:paraId="2D3B2C5B" w14:textId="297116D9" w:rsidR="00705B59" w:rsidRPr="003F7438" w:rsidRDefault="00000000" w:rsidP="00302274">
            <w:pPr>
              <w:pStyle w:val="ListParagraph"/>
              <w:numPr>
                <w:ilvl w:val="0"/>
                <w:numId w:val="12"/>
              </w:numPr>
              <w:bidi/>
              <w:spacing w:after="40" w:line="240" w:lineRule="auto"/>
              <w:rPr>
                <w:bCs/>
                <w:color w:val="254970"/>
                <w:sz w:val="26"/>
                <w:szCs w:val="26"/>
              </w:rPr>
            </w:pP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בהבנת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הנקרא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: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במהלך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השנה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נקרא טקסטים רבים ונלמד כיצד להבין אותם ולענות על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שאלות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שונות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בעקבות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הקריאה</w:t>
            </w:r>
            <w:proofErr w:type="spellEnd"/>
          </w:p>
          <w:p w14:paraId="52215A07" w14:textId="72864777" w:rsidR="00705B59" w:rsidRPr="003F7438" w:rsidRDefault="00000000" w:rsidP="00302274">
            <w:pPr>
              <w:pStyle w:val="ListParagraph"/>
              <w:numPr>
                <w:ilvl w:val="0"/>
                <w:numId w:val="12"/>
              </w:numPr>
              <w:bidi/>
              <w:spacing w:after="40" w:line="240" w:lineRule="auto"/>
              <w:rPr>
                <w:b/>
                <w:color w:val="254970"/>
                <w:sz w:val="26"/>
                <w:szCs w:val="26"/>
              </w:rPr>
            </w:pP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בהבעה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: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הלמידה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תתמקד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במהלכי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כתיבה קצרי טווח וארוכי טווח. תידרשו לכתוב מאמר טיעוני־שכנועי אחד בהיקף של 500–700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מילים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ולהציג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אותו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bCs/>
                <w:color w:val="254970"/>
                <w:sz w:val="26"/>
                <w:szCs w:val="26"/>
              </w:rPr>
              <w:t>בעל־פה</w:t>
            </w:r>
            <w:proofErr w:type="spellEnd"/>
            <w:r w:rsidRPr="003F7438">
              <w:rPr>
                <w:bCs/>
                <w:color w:val="254970"/>
                <w:sz w:val="26"/>
                <w:szCs w:val="26"/>
              </w:rPr>
              <w:t xml:space="preserve"> </w:t>
            </w:r>
          </w:p>
        </w:tc>
        <w:tc>
          <w:tcPr>
            <w:tcW w:w="5043" w:type="dxa"/>
            <w:tcBorders>
              <w:top w:val="single" w:sz="14" w:space="0" w:color="244A73"/>
              <w:left w:val="single" w:sz="14" w:space="0" w:color="244A73"/>
              <w:bottom w:val="single" w:sz="14" w:space="0" w:color="244A73"/>
              <w:right w:val="single" w:sz="14" w:space="0" w:color="244A73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879682" w14:textId="77777777" w:rsidR="00705B59" w:rsidRPr="003F7438" w:rsidRDefault="00000000" w:rsidP="00302274">
            <w:pPr>
              <w:bidi/>
              <w:spacing w:after="40" w:line="240" w:lineRule="auto"/>
              <w:jc w:val="center"/>
              <w:rPr>
                <w:b/>
                <w:color w:val="254970"/>
                <w:sz w:val="26"/>
                <w:szCs w:val="26"/>
              </w:rPr>
            </w:pPr>
            <w:r w:rsidRPr="003F7438">
              <w:rPr>
                <w:b/>
                <w:color w:val="254970"/>
                <w:sz w:val="26"/>
                <w:szCs w:val="26"/>
              </w:rPr>
              <w:t>תחביר (מחצית א׳)</w:t>
            </w:r>
          </w:p>
          <w:p w14:paraId="40A5DC82" w14:textId="03192C4A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חלקי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הדיבור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תפקידי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הבינוני</w:t>
            </w:r>
            <w:proofErr w:type="spellEnd"/>
            <w:r w:rsidRPr="003F7438">
              <w:rPr>
                <w:sz w:val="26"/>
                <w:szCs w:val="26"/>
              </w:rPr>
              <w:t xml:space="preserve"> (</w:t>
            </w:r>
            <w:proofErr w:type="spellStart"/>
            <w:r w:rsidRPr="003F7438">
              <w:rPr>
                <w:sz w:val="26"/>
                <w:szCs w:val="26"/>
              </w:rPr>
              <w:t>ש״ע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פועל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ש״ת</w:t>
            </w:r>
            <w:proofErr w:type="spellEnd"/>
            <w:r w:rsidR="00302274" w:rsidRPr="003F7438">
              <w:rPr>
                <w:rFonts w:hint="cs"/>
                <w:sz w:val="26"/>
                <w:szCs w:val="26"/>
                <w:rtl/>
                <w:lang w:bidi="he-IL"/>
              </w:rPr>
              <w:t>)</w:t>
            </w:r>
          </w:p>
          <w:p w14:paraId="1A31F073" w14:textId="106AD275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proofErr w:type="gramStart"/>
            <w:r w:rsidRPr="003F7438">
              <w:rPr>
                <w:sz w:val="26"/>
                <w:szCs w:val="26"/>
              </w:rPr>
              <w:t>עיקרי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המשפט</w:t>
            </w:r>
            <w:proofErr w:type="spellEnd"/>
            <w:r w:rsidRPr="003F7438">
              <w:rPr>
                <w:sz w:val="26"/>
                <w:szCs w:val="26"/>
              </w:rPr>
              <w:t xml:space="preserve">: </w:t>
            </w:r>
            <w:proofErr w:type="spellStart"/>
            <w:r w:rsidRPr="003F7438">
              <w:rPr>
                <w:sz w:val="26"/>
                <w:szCs w:val="26"/>
              </w:rPr>
              <w:t>נושא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נשוא</w:t>
            </w:r>
            <w:proofErr w:type="spellEnd"/>
            <w:r w:rsidRPr="003F7438">
              <w:rPr>
                <w:sz w:val="26"/>
                <w:szCs w:val="26"/>
              </w:rPr>
              <w:t>, לוואי, תמורה, מושא, תיאור</w:t>
            </w:r>
            <w:proofErr w:type="gramEnd"/>
          </w:p>
          <w:p w14:paraId="08E21C7C" w14:textId="7AE3AAD4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סוגי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המשפטים</w:t>
            </w:r>
            <w:proofErr w:type="spellEnd"/>
            <w:r w:rsidRPr="003F7438">
              <w:rPr>
                <w:sz w:val="26"/>
                <w:szCs w:val="26"/>
              </w:rPr>
              <w:t xml:space="preserve">: </w:t>
            </w:r>
            <w:proofErr w:type="spellStart"/>
            <w:r w:rsidRPr="003F7438">
              <w:rPr>
                <w:sz w:val="26"/>
                <w:szCs w:val="26"/>
              </w:rPr>
              <w:t>פשוט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איחוי</w:t>
            </w:r>
            <w:proofErr w:type="spellEnd"/>
            <w:r w:rsidRPr="003F7438">
              <w:rPr>
                <w:sz w:val="26"/>
                <w:szCs w:val="26"/>
              </w:rPr>
              <w:t xml:space="preserve"> (מחובר, מאוחה) ומורכב</w:t>
            </w:r>
          </w:p>
          <w:p w14:paraId="66C3C5F4" w14:textId="64091B20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קשרים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לוגיים</w:t>
            </w:r>
            <w:proofErr w:type="spellEnd"/>
          </w:p>
          <w:p w14:paraId="0F209E07" w14:textId="77777777" w:rsidR="00705B59" w:rsidRPr="003F7438" w:rsidRDefault="00000000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דרכי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מסירת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הדיבור</w:t>
            </w:r>
            <w:proofErr w:type="spellEnd"/>
            <w:r w:rsidRPr="003F7438">
              <w:rPr>
                <w:sz w:val="26"/>
                <w:szCs w:val="26"/>
              </w:rPr>
              <w:t xml:space="preserve">: </w:t>
            </w:r>
            <w:proofErr w:type="spellStart"/>
            <w:r w:rsidRPr="003F7438">
              <w:rPr>
                <w:sz w:val="26"/>
                <w:szCs w:val="26"/>
              </w:rPr>
              <w:t>דיבור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ישיר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ודיבור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עקיף</w:t>
            </w:r>
            <w:proofErr w:type="spellEnd"/>
            <w:r w:rsidRPr="003F7438">
              <w:rPr>
                <w:sz w:val="26"/>
                <w:szCs w:val="26"/>
              </w:rPr>
              <w:t xml:space="preserve">, </w:t>
            </w:r>
            <w:proofErr w:type="spellStart"/>
            <w:r w:rsidRPr="003F7438">
              <w:rPr>
                <w:sz w:val="26"/>
                <w:szCs w:val="26"/>
              </w:rPr>
              <w:t>הסגר</w:t>
            </w:r>
            <w:proofErr w:type="spellEnd"/>
          </w:p>
          <w:p w14:paraId="7F8E085D" w14:textId="715B3873" w:rsidR="00302274" w:rsidRPr="003F7438" w:rsidRDefault="00302274" w:rsidP="00302274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שימוש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נכון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בשם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המספר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ואותיות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השימוש</w:t>
            </w:r>
            <w:proofErr w:type="spellEnd"/>
          </w:p>
        </w:tc>
      </w:tr>
      <w:tr w:rsidR="00705B59" w14:paraId="658F457C" w14:textId="77777777" w:rsidTr="003F7438">
        <w:trPr>
          <w:jc w:val="center"/>
        </w:trPr>
        <w:tc>
          <w:tcPr>
            <w:tcW w:w="57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CF4CA" w14:textId="77777777" w:rsidR="00705B59" w:rsidRDefault="00705B59"/>
        </w:tc>
        <w:tc>
          <w:tcPr>
            <w:tcW w:w="5058" w:type="dxa"/>
            <w:gridSpan w:val="2"/>
            <w:tcBorders>
              <w:top w:val="single" w:sz="14" w:space="0" w:color="244A73"/>
              <w:left w:val="single" w:sz="14" w:space="0" w:color="244A73"/>
              <w:bottom w:val="single" w:sz="14" w:space="0" w:color="244A73"/>
              <w:right w:val="single" w:sz="14" w:space="0" w:color="244A7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17DFA0" w14:textId="77777777" w:rsidR="00705B59" w:rsidRPr="003F7438" w:rsidRDefault="00000000" w:rsidP="003F7438">
            <w:pPr>
              <w:bidi/>
              <w:spacing w:after="40" w:line="240" w:lineRule="auto"/>
              <w:jc w:val="center"/>
              <w:rPr>
                <w:b/>
                <w:color w:val="254970"/>
                <w:sz w:val="26"/>
                <w:szCs w:val="26"/>
              </w:rPr>
            </w:pPr>
            <w:r w:rsidRPr="003F7438">
              <w:rPr>
                <w:b/>
                <w:color w:val="254970"/>
                <w:sz w:val="26"/>
                <w:szCs w:val="26"/>
              </w:rPr>
              <w:t>תורת הצורות (מחצית ב׳)</w:t>
            </w:r>
          </w:p>
          <w:p w14:paraId="68EAA283" w14:textId="46738EE6" w:rsidR="00705B59" w:rsidRPr="003F7438" w:rsidRDefault="00000000" w:rsidP="003F7438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גופים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וזמנים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בפועל</w:t>
            </w:r>
            <w:proofErr w:type="spellEnd"/>
          </w:p>
          <w:p w14:paraId="0C696DF0" w14:textId="5A3DEA51" w:rsidR="00705B59" w:rsidRPr="003F7438" w:rsidRDefault="00000000" w:rsidP="003F7438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3F7438">
              <w:rPr>
                <w:sz w:val="26"/>
                <w:szCs w:val="26"/>
              </w:rPr>
              <w:t>שבעת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הבניינים</w:t>
            </w:r>
            <w:proofErr w:type="spellEnd"/>
            <w:r w:rsidRPr="003F7438">
              <w:rPr>
                <w:sz w:val="26"/>
                <w:szCs w:val="26"/>
              </w:rPr>
              <w:t xml:space="preserve">: </w:t>
            </w:r>
            <w:proofErr w:type="spellStart"/>
            <w:r w:rsidRPr="003F7438">
              <w:rPr>
                <w:sz w:val="26"/>
                <w:szCs w:val="26"/>
              </w:rPr>
              <w:t>מציאת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שורש</w:t>
            </w:r>
            <w:proofErr w:type="spellEnd"/>
            <w:r w:rsidRPr="003F7438">
              <w:rPr>
                <w:sz w:val="26"/>
                <w:szCs w:val="26"/>
              </w:rPr>
              <w:t xml:space="preserve"> ובניין (שלמים ומרובעים)</w:t>
            </w:r>
          </w:p>
          <w:p w14:paraId="1B1090CA" w14:textId="3E2A5A64" w:rsidR="00705B59" w:rsidRPr="003F7438" w:rsidRDefault="00000000" w:rsidP="003F7438">
            <w:pPr>
              <w:pStyle w:val="ListParagraph"/>
              <w:numPr>
                <w:ilvl w:val="0"/>
                <w:numId w:val="10"/>
              </w:numPr>
              <w:bidi/>
              <w:spacing w:after="0" w:line="240" w:lineRule="auto"/>
              <w:rPr>
                <w:rFonts w:hint="cs"/>
                <w:sz w:val="26"/>
                <w:szCs w:val="26"/>
                <w:lang w:bidi="he-IL"/>
              </w:rPr>
            </w:pPr>
            <w:proofErr w:type="spellStart"/>
            <w:r w:rsidRPr="003F7438">
              <w:rPr>
                <w:sz w:val="26"/>
                <w:szCs w:val="26"/>
              </w:rPr>
              <w:t>דרכי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תצורת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שם</w:t>
            </w:r>
            <w:proofErr w:type="spellEnd"/>
            <w:r w:rsidRPr="003F7438">
              <w:rPr>
                <w:sz w:val="26"/>
                <w:szCs w:val="26"/>
              </w:rPr>
              <w:t xml:space="preserve"> </w:t>
            </w:r>
            <w:proofErr w:type="spellStart"/>
            <w:r w:rsidRPr="003F7438">
              <w:rPr>
                <w:sz w:val="26"/>
                <w:szCs w:val="26"/>
              </w:rPr>
              <w:t>העצם</w:t>
            </w:r>
            <w:proofErr w:type="spellEnd"/>
            <w:r w:rsidRPr="003F7438">
              <w:rPr>
                <w:sz w:val="26"/>
                <w:szCs w:val="26"/>
              </w:rPr>
              <w:t xml:space="preserve"> (שורש ומשקל, בסיס וצורן סופי, הלחם </w:t>
            </w:r>
            <w:proofErr w:type="spellStart"/>
            <w:r w:rsidRPr="003F7438">
              <w:rPr>
                <w:sz w:val="26"/>
                <w:szCs w:val="26"/>
              </w:rPr>
              <w:t>בסיסים</w:t>
            </w:r>
            <w:proofErr w:type="spellEnd"/>
            <w:r w:rsidR="003F7438">
              <w:rPr>
                <w:rFonts w:hint="cs"/>
                <w:sz w:val="26"/>
                <w:szCs w:val="26"/>
                <w:rtl/>
                <w:lang w:bidi="he-IL"/>
              </w:rPr>
              <w:t xml:space="preserve">, שאילה מלועזית, ראשי תיבות). </w:t>
            </w:r>
          </w:p>
        </w:tc>
      </w:tr>
    </w:tbl>
    <w:p w14:paraId="4469976A" w14:textId="5EFB7972" w:rsidR="00705B59" w:rsidRPr="003F7438" w:rsidRDefault="00000000">
      <w:pPr>
        <w:bidi/>
        <w:spacing w:before="40" w:after="0"/>
        <w:jc w:val="center"/>
        <w:rPr>
          <w:rFonts w:hint="cs"/>
          <w:sz w:val="32"/>
          <w:szCs w:val="32"/>
          <w:lang w:bidi="he-IL"/>
        </w:rPr>
      </w:pPr>
      <w:proofErr w:type="spellStart"/>
      <w:r w:rsidRPr="003F7438">
        <w:rPr>
          <w:b/>
          <w:color w:val="254970"/>
          <w:sz w:val="32"/>
          <w:szCs w:val="32"/>
        </w:rPr>
        <w:t>בהצלחה</w:t>
      </w:r>
      <w:proofErr w:type="spellEnd"/>
      <w:r w:rsidRPr="003F7438">
        <w:rPr>
          <w:b/>
          <w:color w:val="254970"/>
          <w:sz w:val="32"/>
          <w:szCs w:val="32"/>
        </w:rPr>
        <w:t xml:space="preserve"> </w:t>
      </w:r>
      <w:proofErr w:type="spellStart"/>
      <w:proofErr w:type="gramStart"/>
      <w:r w:rsidRPr="003F7438">
        <w:rPr>
          <w:b/>
          <w:color w:val="254970"/>
          <w:sz w:val="32"/>
          <w:szCs w:val="32"/>
        </w:rPr>
        <w:t>לכולם</w:t>
      </w:r>
      <w:proofErr w:type="spellEnd"/>
      <w:r w:rsidR="003F7438">
        <w:rPr>
          <w:rFonts w:hint="cs"/>
          <w:b/>
          <w:color w:val="254970"/>
          <w:sz w:val="32"/>
          <w:szCs w:val="32"/>
          <w:rtl/>
          <w:lang w:bidi="he-IL"/>
        </w:rPr>
        <w:t xml:space="preserve"> !</w:t>
      </w:r>
      <w:proofErr w:type="gramEnd"/>
      <w:r w:rsidR="003F7438">
        <w:rPr>
          <w:rFonts w:hint="cs"/>
          <w:b/>
          <w:color w:val="254970"/>
          <w:sz w:val="32"/>
          <w:szCs w:val="32"/>
          <w:rtl/>
          <w:lang w:bidi="he-IL"/>
        </w:rPr>
        <w:t xml:space="preserve"> </w:t>
      </w:r>
      <w:proofErr w:type="spellStart"/>
      <w:r w:rsidRPr="003F7438">
        <w:rPr>
          <w:b/>
          <w:color w:val="254970"/>
          <w:sz w:val="32"/>
          <w:szCs w:val="32"/>
        </w:rPr>
        <w:t>צוות</w:t>
      </w:r>
      <w:proofErr w:type="spellEnd"/>
      <w:r w:rsidRPr="003F7438">
        <w:rPr>
          <w:b/>
          <w:color w:val="254970"/>
          <w:sz w:val="32"/>
          <w:szCs w:val="32"/>
        </w:rPr>
        <w:t xml:space="preserve"> </w:t>
      </w:r>
      <w:proofErr w:type="spellStart"/>
      <w:proofErr w:type="gramStart"/>
      <w:r w:rsidRPr="003F7438">
        <w:rPr>
          <w:b/>
          <w:color w:val="254970"/>
          <w:sz w:val="32"/>
          <w:szCs w:val="32"/>
        </w:rPr>
        <w:t>לשון</w:t>
      </w:r>
      <w:proofErr w:type="spellEnd"/>
      <w:r w:rsidR="003F7438" w:rsidRPr="003F7438">
        <w:rPr>
          <w:rFonts w:hint="cs"/>
          <w:b/>
          <w:color w:val="254970"/>
          <w:sz w:val="32"/>
          <w:szCs w:val="32"/>
          <w:rtl/>
          <w:lang w:bidi="he-IL"/>
        </w:rPr>
        <w:t xml:space="preserve"> </w:t>
      </w:r>
      <w:proofErr w:type="gramEnd"/>
    </w:p>
    <w:sectPr w:rsidR="00705B59" w:rsidRPr="003F7438" w:rsidSect="00034616">
      <w:pgSz w:w="11906" w:h="16838"/>
      <w:pgMar w:top="369" w:right="425" w:bottom="369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5F05A5"/>
    <w:multiLevelType w:val="hybridMultilevel"/>
    <w:tmpl w:val="7BCEEE4A"/>
    <w:lvl w:ilvl="0" w:tplc="B2F86314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9538A"/>
    <w:multiLevelType w:val="hybridMultilevel"/>
    <w:tmpl w:val="4AD2B33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D26F8"/>
    <w:multiLevelType w:val="hybridMultilevel"/>
    <w:tmpl w:val="A3CC4E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1409FC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205127">
    <w:abstractNumId w:val="8"/>
  </w:num>
  <w:num w:numId="2" w16cid:durableId="542252949">
    <w:abstractNumId w:val="6"/>
  </w:num>
  <w:num w:numId="3" w16cid:durableId="138423461">
    <w:abstractNumId w:val="5"/>
  </w:num>
  <w:num w:numId="4" w16cid:durableId="2107386859">
    <w:abstractNumId w:val="4"/>
  </w:num>
  <w:num w:numId="5" w16cid:durableId="1544824351">
    <w:abstractNumId w:val="7"/>
  </w:num>
  <w:num w:numId="6" w16cid:durableId="112945758">
    <w:abstractNumId w:val="3"/>
  </w:num>
  <w:num w:numId="7" w16cid:durableId="1415977048">
    <w:abstractNumId w:val="2"/>
  </w:num>
  <w:num w:numId="8" w16cid:durableId="349114340">
    <w:abstractNumId w:val="1"/>
  </w:num>
  <w:num w:numId="9" w16cid:durableId="185870315">
    <w:abstractNumId w:val="0"/>
  </w:num>
  <w:num w:numId="10" w16cid:durableId="1014916725">
    <w:abstractNumId w:val="11"/>
  </w:num>
  <w:num w:numId="11" w16cid:durableId="422072831">
    <w:abstractNumId w:val="9"/>
  </w:num>
  <w:num w:numId="12" w16cid:durableId="20341845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2274"/>
    <w:rsid w:val="00326F90"/>
    <w:rsid w:val="003F7438"/>
    <w:rsid w:val="0041372F"/>
    <w:rsid w:val="00602F45"/>
    <w:rsid w:val="00705B59"/>
    <w:rsid w:val="00AA1D8D"/>
    <w:rsid w:val="00B47730"/>
    <w:rsid w:val="00C8359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6BA5E9"/>
  <w14:defaultImageDpi w14:val="300"/>
  <w15:docId w15:val="{997569F4-2B36-494F-8CD0-68C1B060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Eyal Dalit</cp:lastModifiedBy>
  <cp:revision>4</cp:revision>
  <dcterms:created xsi:type="dcterms:W3CDTF">2026-08-29T11:49:00Z</dcterms:created>
  <dcterms:modified xsi:type="dcterms:W3CDTF">2026-08-29T12:06:00Z</dcterms:modified>
  <cp:category/>
</cp:coreProperties>
</file>